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100"/>
        <w:gridCol w:w="5100"/>
      </w:tblGrid>
      <w:tr w:rsidR="00291D1C" w:rsidRPr="00515DDA" w14:paraId="11FDE73A" w14:textId="77777777">
        <w:tc>
          <w:tcPr>
            <w:tcW w:w="5100" w:type="dxa"/>
          </w:tcPr>
          <w:p w14:paraId="5012BC71" w14:textId="77777777" w:rsidR="00291D1C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3631FFD" wp14:editId="2CCEFD76">
                  <wp:extent cx="827999" cy="936946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rest.pn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7999" cy="9369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0" w:type="dxa"/>
          </w:tcPr>
          <w:p w14:paraId="79D427D8" w14:textId="77777777" w:rsidR="00291D1C" w:rsidRPr="00515DDA" w:rsidRDefault="00000000">
            <w:pPr>
              <w:jc w:val="center"/>
              <w:rPr>
                <w:lang w:val="fr-FR"/>
              </w:rPr>
            </w:pPr>
            <w:r w:rsidRPr="00515DDA">
              <w:rPr>
                <w:sz w:val="40"/>
                <w:lang w:val="fr-FR"/>
              </w:rPr>
              <w:t>F.C. ECOUEN</w:t>
            </w:r>
          </w:p>
          <w:p w14:paraId="5B097FC7" w14:textId="77777777" w:rsidR="00291D1C" w:rsidRPr="00515DDA" w:rsidRDefault="00000000">
            <w:pPr>
              <w:spacing w:before="40"/>
              <w:jc w:val="center"/>
              <w:rPr>
                <w:lang w:val="fr-FR"/>
              </w:rPr>
            </w:pPr>
            <w:r w:rsidRPr="00515DDA">
              <w:rPr>
                <w:b/>
                <w:sz w:val="24"/>
                <w:u w:val="single"/>
                <w:lang w:val="fr-FR"/>
              </w:rPr>
              <w:t>Fiche d'inscription pour la saison 2026 – 2027</w:t>
            </w:r>
          </w:p>
          <w:p w14:paraId="1677EE4E" w14:textId="77777777" w:rsidR="00291D1C" w:rsidRPr="00515DDA" w:rsidRDefault="00000000">
            <w:pPr>
              <w:spacing w:before="40"/>
              <w:jc w:val="center"/>
              <w:rPr>
                <w:lang w:val="fr-FR"/>
              </w:rPr>
            </w:pPr>
            <w:proofErr w:type="spellStart"/>
            <w:r w:rsidRPr="00515DDA">
              <w:rPr>
                <w:b/>
                <w:sz w:val="22"/>
                <w:lang w:val="fr-FR"/>
              </w:rPr>
              <w:t>Baby Foot</w:t>
            </w:r>
            <w:proofErr w:type="spellEnd"/>
            <w:r w:rsidRPr="00515DDA">
              <w:rPr>
                <w:b/>
                <w:sz w:val="22"/>
                <w:lang w:val="fr-FR"/>
              </w:rPr>
              <w:t xml:space="preserve"> (attestation d'assurance obligatoire)</w:t>
            </w:r>
          </w:p>
        </w:tc>
      </w:tr>
    </w:tbl>
    <w:p w14:paraId="549C5B16" w14:textId="77777777" w:rsidR="00291D1C" w:rsidRPr="00515DDA" w:rsidRDefault="00291D1C">
      <w:pPr>
        <w:spacing w:after="80"/>
        <w:rPr>
          <w:lang w:val="fr-FR"/>
        </w:rPr>
      </w:pPr>
    </w:p>
    <w:p w14:paraId="0D5F2B9E" w14:textId="77777777" w:rsidR="00291D1C" w:rsidRPr="00515DDA" w:rsidRDefault="00000000">
      <w:pPr>
        <w:spacing w:after="100"/>
        <w:rPr>
          <w:lang w:val="fr-FR"/>
        </w:rPr>
      </w:pPr>
      <w:r w:rsidRPr="00515DDA">
        <w:rPr>
          <w:b/>
          <w:lang w:val="fr-FR"/>
        </w:rPr>
        <w:t>Catégorie : .............................................</w:t>
      </w:r>
      <w:r w:rsidRPr="00515DDA">
        <w:rPr>
          <w:i/>
          <w:sz w:val="16"/>
          <w:lang w:val="fr-FR"/>
        </w:rPr>
        <w:t xml:space="preserve"> (réservé au secrétariat)</w:t>
      </w:r>
    </w:p>
    <w:p w14:paraId="171910F6" w14:textId="05C99B7F" w:rsidR="00291D1C" w:rsidRPr="00515DDA" w:rsidRDefault="00000000">
      <w:pPr>
        <w:spacing w:after="80"/>
        <w:rPr>
          <w:lang w:val="fr-FR"/>
        </w:rPr>
      </w:pPr>
      <w:r w:rsidRPr="00515DDA">
        <w:rPr>
          <w:lang w:val="fr-FR"/>
        </w:rPr>
        <w:t>Nom : ..............................     Prénom : ..</w:t>
      </w:r>
      <w:r w:rsidR="00515DDA">
        <w:rPr>
          <w:lang w:val="fr-FR"/>
        </w:rPr>
        <w:t>...................</w:t>
      </w:r>
      <w:r w:rsidRPr="00515DDA">
        <w:rPr>
          <w:lang w:val="fr-FR"/>
        </w:rPr>
        <w:t>.......................</w:t>
      </w:r>
    </w:p>
    <w:p w14:paraId="37AC6890" w14:textId="271F3D09" w:rsidR="00291D1C" w:rsidRPr="00515DDA" w:rsidRDefault="00000000">
      <w:pPr>
        <w:spacing w:after="80"/>
        <w:rPr>
          <w:lang w:val="fr-FR"/>
        </w:rPr>
      </w:pPr>
      <w:r w:rsidRPr="00515DDA">
        <w:rPr>
          <w:lang w:val="fr-FR"/>
        </w:rPr>
        <w:t>Né(e) le : ............</w:t>
      </w:r>
      <w:r w:rsidR="00515DDA" w:rsidRPr="00515DDA">
        <w:rPr>
          <w:lang w:val="fr-FR"/>
        </w:rPr>
        <w:t>.</w:t>
      </w:r>
      <w:r w:rsidR="00515DDA">
        <w:rPr>
          <w:lang w:val="fr-FR"/>
        </w:rPr>
        <w:t>.............................</w:t>
      </w:r>
      <w:r w:rsidRPr="00515DDA">
        <w:rPr>
          <w:lang w:val="fr-FR"/>
        </w:rPr>
        <w:t xml:space="preserve">........     </w:t>
      </w:r>
      <w:proofErr w:type="gramStart"/>
      <w:r w:rsidRPr="00515DDA">
        <w:rPr>
          <w:lang w:val="fr-FR"/>
        </w:rPr>
        <w:t>à</w:t>
      </w:r>
      <w:proofErr w:type="gramEnd"/>
      <w:r w:rsidRPr="00515DDA">
        <w:rPr>
          <w:lang w:val="fr-FR"/>
        </w:rPr>
        <w:t xml:space="preserve"> : ..............................</w:t>
      </w:r>
    </w:p>
    <w:p w14:paraId="6C3422D1" w14:textId="3DA7B390" w:rsidR="00291D1C" w:rsidRPr="00515DDA" w:rsidRDefault="00000000">
      <w:pPr>
        <w:spacing w:after="80"/>
        <w:rPr>
          <w:lang w:val="fr-FR"/>
        </w:rPr>
      </w:pPr>
      <w:r w:rsidRPr="00515DDA">
        <w:rPr>
          <w:lang w:val="fr-FR"/>
        </w:rPr>
        <w:t>Taille : ......</w:t>
      </w:r>
      <w:r w:rsidR="00515DDA">
        <w:rPr>
          <w:lang w:val="fr-FR"/>
        </w:rPr>
        <w:t>.........</w:t>
      </w:r>
      <w:r w:rsidRPr="00515DDA">
        <w:rPr>
          <w:lang w:val="fr-FR"/>
        </w:rPr>
        <w:t xml:space="preserve">.... </w:t>
      </w:r>
      <w:proofErr w:type="gramStart"/>
      <w:r w:rsidRPr="00515DDA">
        <w:rPr>
          <w:lang w:val="fr-FR"/>
        </w:rPr>
        <w:t>cm</w:t>
      </w:r>
      <w:proofErr w:type="gramEnd"/>
    </w:p>
    <w:p w14:paraId="2728A935" w14:textId="77777777" w:rsidR="00291D1C" w:rsidRPr="00515DDA" w:rsidRDefault="00000000">
      <w:pPr>
        <w:spacing w:after="120"/>
        <w:rPr>
          <w:lang w:val="fr-FR"/>
        </w:rPr>
      </w:pPr>
      <w:r w:rsidRPr="00515DDA">
        <w:rPr>
          <w:lang w:val="fr-FR"/>
        </w:rPr>
        <w:t>Pointure : ...............</w:t>
      </w:r>
    </w:p>
    <w:p w14:paraId="5DF024B4" w14:textId="77777777" w:rsidR="00291D1C" w:rsidRPr="00515DDA" w:rsidRDefault="00000000">
      <w:pPr>
        <w:spacing w:after="40"/>
        <w:rPr>
          <w:lang w:val="fr-FR"/>
        </w:rPr>
      </w:pPr>
      <w:r w:rsidRPr="00515DDA">
        <w:rPr>
          <w:lang w:val="fr-FR"/>
        </w:rPr>
        <w:t>Votre adresse :</w:t>
      </w:r>
    </w:p>
    <w:p w14:paraId="60BCEE0C" w14:textId="77777777" w:rsidR="00291D1C" w:rsidRPr="00515DDA" w:rsidRDefault="00000000">
      <w:pPr>
        <w:spacing w:after="120"/>
        <w:rPr>
          <w:lang w:val="fr-FR"/>
        </w:rPr>
      </w:pPr>
      <w:r w:rsidRPr="00515DDA">
        <w:rPr>
          <w:lang w:val="fr-FR"/>
        </w:rPr>
        <w:t>...............................................................................................</w:t>
      </w:r>
    </w:p>
    <w:p w14:paraId="4B052856" w14:textId="77777777" w:rsidR="00291D1C" w:rsidRPr="00515DDA" w:rsidRDefault="00000000">
      <w:pPr>
        <w:spacing w:after="80"/>
        <w:rPr>
          <w:lang w:val="fr-FR"/>
        </w:rPr>
      </w:pPr>
      <w:r w:rsidRPr="00515DDA">
        <w:rPr>
          <w:lang w:val="fr-FR"/>
        </w:rPr>
        <w:t>Code Postal : ...............     Ville : ..............................</w:t>
      </w:r>
    </w:p>
    <w:p w14:paraId="1FE94D40" w14:textId="77777777" w:rsidR="00291D1C" w:rsidRPr="00515DDA" w:rsidRDefault="00000000">
      <w:pPr>
        <w:spacing w:after="80"/>
        <w:rPr>
          <w:lang w:val="fr-FR"/>
        </w:rPr>
      </w:pPr>
      <w:proofErr w:type="gramStart"/>
      <w:r w:rsidRPr="00515DDA">
        <w:rPr>
          <w:lang w:val="fr-FR"/>
        </w:rPr>
        <w:t>E-mail</w:t>
      </w:r>
      <w:proofErr w:type="gramEnd"/>
      <w:r w:rsidRPr="00515DDA">
        <w:rPr>
          <w:lang w:val="fr-FR"/>
        </w:rPr>
        <w:t xml:space="preserve"> : .......................................................</w:t>
      </w:r>
    </w:p>
    <w:p w14:paraId="54455A34" w14:textId="77777777" w:rsidR="00291D1C" w:rsidRPr="00515DDA" w:rsidRDefault="00000000">
      <w:pPr>
        <w:spacing w:after="80"/>
        <w:rPr>
          <w:lang w:val="fr-FR"/>
        </w:rPr>
      </w:pPr>
      <w:r w:rsidRPr="00515DDA">
        <w:rPr>
          <w:lang w:val="fr-FR"/>
        </w:rPr>
        <w:t>* Profession du Père : ...................................</w:t>
      </w:r>
    </w:p>
    <w:p w14:paraId="03A26173" w14:textId="77777777" w:rsidR="00291D1C" w:rsidRPr="00515DDA" w:rsidRDefault="00000000">
      <w:pPr>
        <w:spacing w:after="40"/>
        <w:rPr>
          <w:lang w:val="fr-FR"/>
        </w:rPr>
      </w:pPr>
      <w:r w:rsidRPr="00515DDA">
        <w:rPr>
          <w:lang w:val="fr-FR"/>
        </w:rPr>
        <w:t>* Profession de la Mère : ...................................</w:t>
      </w:r>
    </w:p>
    <w:p w14:paraId="0781231E" w14:textId="77777777" w:rsidR="00291D1C" w:rsidRPr="00515DDA" w:rsidRDefault="00000000">
      <w:pPr>
        <w:spacing w:after="120"/>
        <w:rPr>
          <w:lang w:val="fr-FR"/>
        </w:rPr>
      </w:pPr>
      <w:r w:rsidRPr="00515DDA">
        <w:rPr>
          <w:i/>
          <w:sz w:val="16"/>
          <w:lang w:val="fr-FR"/>
        </w:rPr>
        <w:t>* Information facultative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1304"/>
        <w:gridCol w:w="3231"/>
        <w:gridCol w:w="2268"/>
        <w:gridCol w:w="2721"/>
      </w:tblGrid>
      <w:tr w:rsidR="00291D1C" w14:paraId="430BADC4" w14:textId="77777777">
        <w:trPr>
          <w:trHeight w:val="397"/>
          <w:jc w:val="center"/>
        </w:trPr>
        <w:tc>
          <w:tcPr>
            <w:tcW w:w="1304" w:type="dxa"/>
          </w:tcPr>
          <w:p w14:paraId="002CDB11" w14:textId="77777777" w:rsidR="00291D1C" w:rsidRPr="00515DDA" w:rsidRDefault="00291D1C">
            <w:pPr>
              <w:jc w:val="center"/>
              <w:rPr>
                <w:lang w:val="fr-FR"/>
              </w:rPr>
            </w:pPr>
          </w:p>
        </w:tc>
        <w:tc>
          <w:tcPr>
            <w:tcW w:w="3231" w:type="dxa"/>
          </w:tcPr>
          <w:p w14:paraId="53DCD23F" w14:textId="77777777" w:rsidR="00291D1C" w:rsidRDefault="00000000">
            <w:pPr>
              <w:jc w:val="center"/>
            </w:pPr>
            <w:r>
              <w:rPr>
                <w:b/>
              </w:rPr>
              <w:t>Mail</w:t>
            </w:r>
          </w:p>
        </w:tc>
        <w:tc>
          <w:tcPr>
            <w:tcW w:w="2268" w:type="dxa"/>
          </w:tcPr>
          <w:p w14:paraId="597AA822" w14:textId="77777777" w:rsidR="00291D1C" w:rsidRDefault="00000000">
            <w:pPr>
              <w:jc w:val="center"/>
            </w:pPr>
            <w:r>
              <w:rPr>
                <w:b/>
              </w:rPr>
              <w:t>Tél Pro</w:t>
            </w:r>
          </w:p>
        </w:tc>
        <w:tc>
          <w:tcPr>
            <w:tcW w:w="2721" w:type="dxa"/>
          </w:tcPr>
          <w:p w14:paraId="51910222" w14:textId="77777777" w:rsidR="00291D1C" w:rsidRDefault="00000000">
            <w:pPr>
              <w:jc w:val="center"/>
            </w:pPr>
            <w:r>
              <w:rPr>
                <w:b/>
              </w:rPr>
              <w:t>Tél Personnel</w:t>
            </w:r>
          </w:p>
        </w:tc>
      </w:tr>
      <w:tr w:rsidR="00291D1C" w14:paraId="6C4FD767" w14:textId="77777777">
        <w:trPr>
          <w:trHeight w:val="397"/>
          <w:jc w:val="center"/>
        </w:trPr>
        <w:tc>
          <w:tcPr>
            <w:tcW w:w="1304" w:type="dxa"/>
            <w:vAlign w:val="center"/>
          </w:tcPr>
          <w:p w14:paraId="321602C2" w14:textId="77777777" w:rsidR="00291D1C" w:rsidRDefault="00000000">
            <w:r>
              <w:rPr>
                <w:b/>
              </w:rPr>
              <w:t>Père</w:t>
            </w:r>
          </w:p>
        </w:tc>
        <w:tc>
          <w:tcPr>
            <w:tcW w:w="3231" w:type="dxa"/>
            <w:vAlign w:val="center"/>
          </w:tcPr>
          <w:p w14:paraId="11749C0E" w14:textId="77777777" w:rsidR="00291D1C" w:rsidRDefault="00291D1C"/>
        </w:tc>
        <w:tc>
          <w:tcPr>
            <w:tcW w:w="2268" w:type="dxa"/>
            <w:vAlign w:val="center"/>
          </w:tcPr>
          <w:p w14:paraId="419374D1" w14:textId="77777777" w:rsidR="00291D1C" w:rsidRDefault="00291D1C"/>
        </w:tc>
        <w:tc>
          <w:tcPr>
            <w:tcW w:w="2721" w:type="dxa"/>
            <w:vAlign w:val="center"/>
          </w:tcPr>
          <w:p w14:paraId="50F54473" w14:textId="77777777" w:rsidR="00291D1C" w:rsidRDefault="00291D1C"/>
        </w:tc>
      </w:tr>
      <w:tr w:rsidR="00291D1C" w14:paraId="72C65B77" w14:textId="77777777">
        <w:trPr>
          <w:trHeight w:val="397"/>
          <w:jc w:val="center"/>
        </w:trPr>
        <w:tc>
          <w:tcPr>
            <w:tcW w:w="1304" w:type="dxa"/>
            <w:vAlign w:val="center"/>
          </w:tcPr>
          <w:p w14:paraId="4E076C46" w14:textId="77777777" w:rsidR="00291D1C" w:rsidRDefault="00000000">
            <w:r>
              <w:rPr>
                <w:b/>
              </w:rPr>
              <w:t>Mère</w:t>
            </w:r>
          </w:p>
        </w:tc>
        <w:tc>
          <w:tcPr>
            <w:tcW w:w="3231" w:type="dxa"/>
            <w:vAlign w:val="center"/>
          </w:tcPr>
          <w:p w14:paraId="0DD19BF7" w14:textId="77777777" w:rsidR="00291D1C" w:rsidRDefault="00291D1C"/>
        </w:tc>
        <w:tc>
          <w:tcPr>
            <w:tcW w:w="2268" w:type="dxa"/>
            <w:vAlign w:val="center"/>
          </w:tcPr>
          <w:p w14:paraId="3D5900BD" w14:textId="77777777" w:rsidR="00291D1C" w:rsidRDefault="00291D1C"/>
        </w:tc>
        <w:tc>
          <w:tcPr>
            <w:tcW w:w="2721" w:type="dxa"/>
            <w:vAlign w:val="center"/>
          </w:tcPr>
          <w:p w14:paraId="1A7E1A5F" w14:textId="77777777" w:rsidR="00291D1C" w:rsidRDefault="00291D1C"/>
        </w:tc>
      </w:tr>
    </w:tbl>
    <w:p w14:paraId="3EAFE3D5" w14:textId="77777777" w:rsidR="00291D1C" w:rsidRDefault="00291D1C">
      <w:pPr>
        <w:spacing w:after="120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402"/>
        <w:gridCol w:w="3118"/>
        <w:gridCol w:w="3005"/>
      </w:tblGrid>
      <w:tr w:rsidR="00291D1C" w14:paraId="0E81CB50" w14:textId="77777777">
        <w:trPr>
          <w:trHeight w:val="567"/>
        </w:trPr>
        <w:tc>
          <w:tcPr>
            <w:tcW w:w="3402" w:type="dxa"/>
            <w:vAlign w:val="center"/>
          </w:tcPr>
          <w:p w14:paraId="7CC4491A" w14:textId="77777777" w:rsidR="00291D1C" w:rsidRDefault="00000000">
            <w:pPr>
              <w:jc w:val="center"/>
            </w:pPr>
            <w:r>
              <w:rPr>
                <w:b/>
              </w:rPr>
              <w:t>Catégorie</w:t>
            </w:r>
          </w:p>
        </w:tc>
        <w:tc>
          <w:tcPr>
            <w:tcW w:w="3118" w:type="dxa"/>
            <w:vAlign w:val="center"/>
          </w:tcPr>
          <w:p w14:paraId="11356BC6" w14:textId="77777777" w:rsidR="00291D1C" w:rsidRDefault="00000000">
            <w:pPr>
              <w:jc w:val="center"/>
            </w:pPr>
            <w:r>
              <w:rPr>
                <w:b/>
              </w:rPr>
              <w:t>Cotisation saison 2025/2026</w:t>
            </w:r>
          </w:p>
        </w:tc>
        <w:tc>
          <w:tcPr>
            <w:tcW w:w="3005" w:type="dxa"/>
            <w:vAlign w:val="center"/>
          </w:tcPr>
          <w:p w14:paraId="49745230" w14:textId="77777777" w:rsidR="00291D1C" w:rsidRDefault="00000000">
            <w:pPr>
              <w:jc w:val="center"/>
            </w:pPr>
            <w:r>
              <w:rPr>
                <w:b/>
              </w:rPr>
              <w:t>Equipement</w:t>
            </w:r>
          </w:p>
        </w:tc>
      </w:tr>
      <w:tr w:rsidR="00291D1C" w:rsidRPr="00515DDA" w14:paraId="044FC955" w14:textId="77777777">
        <w:trPr>
          <w:trHeight w:val="567"/>
        </w:trPr>
        <w:tc>
          <w:tcPr>
            <w:tcW w:w="3402" w:type="dxa"/>
            <w:vAlign w:val="center"/>
          </w:tcPr>
          <w:p w14:paraId="246187AB" w14:textId="77777777" w:rsidR="00291D1C" w:rsidRPr="00515DDA" w:rsidRDefault="00000000">
            <w:pPr>
              <w:rPr>
                <w:lang w:val="fr-FR"/>
              </w:rPr>
            </w:pPr>
            <w:proofErr w:type="spellStart"/>
            <w:r w:rsidRPr="00515DDA">
              <w:rPr>
                <w:b/>
                <w:lang w:val="fr-FR"/>
              </w:rPr>
              <w:t xml:space="preserve">Baby </w:t>
            </w:r>
            <w:proofErr w:type="gramStart"/>
            <w:r w:rsidRPr="00515DDA">
              <w:rPr>
                <w:b/>
                <w:lang w:val="fr-FR"/>
              </w:rPr>
              <w:t>Foot</w:t>
            </w:r>
            <w:proofErr w:type="spellEnd"/>
            <w:r w:rsidRPr="00515DDA">
              <w:rPr>
                <w:b/>
                <w:lang w:val="fr-FR"/>
              </w:rPr>
              <w:t xml:space="preserve">  (</w:t>
            </w:r>
            <w:proofErr w:type="gramEnd"/>
            <w:r w:rsidRPr="00515DDA">
              <w:rPr>
                <w:b/>
                <w:lang w:val="fr-FR"/>
              </w:rPr>
              <w:t>nés en 2022 et 2023)</w:t>
            </w:r>
          </w:p>
        </w:tc>
        <w:tc>
          <w:tcPr>
            <w:tcW w:w="3118" w:type="dxa"/>
            <w:vAlign w:val="center"/>
          </w:tcPr>
          <w:p w14:paraId="4C9E6929" w14:textId="77777777" w:rsidR="00291D1C" w:rsidRDefault="00000000">
            <w:pPr>
              <w:jc w:val="center"/>
            </w:pPr>
            <w:r>
              <w:t>190 €</w:t>
            </w:r>
          </w:p>
        </w:tc>
        <w:tc>
          <w:tcPr>
            <w:tcW w:w="3005" w:type="dxa"/>
            <w:vAlign w:val="center"/>
          </w:tcPr>
          <w:p w14:paraId="74353304" w14:textId="77777777" w:rsidR="00291D1C" w:rsidRPr="00515DDA" w:rsidRDefault="00000000">
            <w:pPr>
              <w:jc w:val="center"/>
              <w:rPr>
                <w:lang w:val="fr-FR"/>
              </w:rPr>
            </w:pPr>
            <w:r w:rsidRPr="00515DDA">
              <w:rPr>
                <w:lang w:val="fr-FR"/>
              </w:rPr>
              <w:t>Equipement</w:t>
            </w:r>
          </w:p>
          <w:p w14:paraId="37F31A96" w14:textId="77777777" w:rsidR="00291D1C" w:rsidRPr="00515DDA" w:rsidRDefault="00000000">
            <w:pPr>
              <w:jc w:val="center"/>
              <w:rPr>
                <w:lang w:val="fr-FR"/>
              </w:rPr>
            </w:pPr>
            <w:proofErr w:type="gramStart"/>
            <w:r w:rsidRPr="00515DDA">
              <w:rPr>
                <w:lang w:val="fr-FR"/>
              </w:rPr>
              <w:t>compris</w:t>
            </w:r>
            <w:proofErr w:type="gramEnd"/>
            <w:r w:rsidRPr="00515DDA">
              <w:rPr>
                <w:lang w:val="fr-FR"/>
              </w:rPr>
              <w:t xml:space="preserve"> dans la cotisation</w:t>
            </w:r>
          </w:p>
        </w:tc>
      </w:tr>
    </w:tbl>
    <w:p w14:paraId="03EB7762" w14:textId="77777777" w:rsidR="00291D1C" w:rsidRPr="00515DDA" w:rsidRDefault="00291D1C">
      <w:pPr>
        <w:spacing w:after="160"/>
        <w:rPr>
          <w:lang w:val="fr-FR"/>
        </w:rPr>
      </w:pPr>
    </w:p>
    <w:p w14:paraId="7B4F923C" w14:textId="77777777" w:rsidR="00291D1C" w:rsidRPr="00515DDA" w:rsidRDefault="00000000">
      <w:pPr>
        <w:spacing w:after="60"/>
        <w:rPr>
          <w:lang w:val="fr-FR"/>
        </w:rPr>
      </w:pPr>
      <w:r w:rsidRPr="00515DDA">
        <w:rPr>
          <w:lang w:val="fr-FR"/>
        </w:rPr>
        <w:t>Règlement en espèce (contre reçu)</w:t>
      </w:r>
    </w:p>
    <w:p w14:paraId="36AA0B5F" w14:textId="77777777" w:rsidR="00291D1C" w:rsidRPr="00515DDA" w:rsidRDefault="00000000">
      <w:pPr>
        <w:spacing w:after="60"/>
        <w:rPr>
          <w:lang w:val="fr-FR"/>
        </w:rPr>
      </w:pPr>
      <w:r w:rsidRPr="00515DDA">
        <w:rPr>
          <w:lang w:val="fr-FR"/>
        </w:rPr>
        <w:t>Règlement carte bancaire (à privilégier)</w:t>
      </w:r>
    </w:p>
    <w:p w14:paraId="348313DA" w14:textId="77777777" w:rsidR="00291D1C" w:rsidRPr="00515DDA" w:rsidRDefault="00000000">
      <w:pPr>
        <w:spacing w:after="120"/>
        <w:rPr>
          <w:lang w:val="fr-FR"/>
        </w:rPr>
      </w:pPr>
      <w:r w:rsidRPr="00515DDA">
        <w:rPr>
          <w:lang w:val="fr-FR"/>
        </w:rPr>
        <w:t xml:space="preserve">Règlement par </w:t>
      </w:r>
      <w:proofErr w:type="gramStart"/>
      <w:r w:rsidRPr="00515DDA">
        <w:rPr>
          <w:lang w:val="fr-FR"/>
        </w:rPr>
        <w:t>chèque  n</w:t>
      </w:r>
      <w:proofErr w:type="gramEnd"/>
      <w:r w:rsidRPr="00515DDA">
        <w:rPr>
          <w:lang w:val="fr-FR"/>
        </w:rPr>
        <w:t xml:space="preserve">°...............n° ...............   </w:t>
      </w:r>
      <w:proofErr w:type="gramStart"/>
      <w:r w:rsidRPr="00515DDA">
        <w:rPr>
          <w:lang w:val="fr-FR"/>
        </w:rPr>
        <w:t>n</w:t>
      </w:r>
      <w:proofErr w:type="gramEnd"/>
      <w:r w:rsidRPr="00515DDA">
        <w:rPr>
          <w:lang w:val="fr-FR"/>
        </w:rPr>
        <w:t>°...............n°..........</w:t>
      </w:r>
    </w:p>
    <w:p w14:paraId="239D71F5" w14:textId="77777777" w:rsidR="00291D1C" w:rsidRPr="00515DDA" w:rsidRDefault="00000000">
      <w:pPr>
        <w:spacing w:after="80"/>
        <w:rPr>
          <w:lang w:val="fr-FR"/>
        </w:rPr>
      </w:pPr>
      <w:r w:rsidRPr="00515DDA">
        <w:rPr>
          <w:u w:val="single"/>
          <w:lang w:val="fr-FR"/>
        </w:rPr>
        <w:t>Informations : - Possibilité de régler en 4 fois</w:t>
      </w:r>
      <w:r w:rsidRPr="00515DDA">
        <w:rPr>
          <w:lang w:val="fr-FR"/>
        </w:rPr>
        <w:t xml:space="preserve"> (en nous indiquant au dos des chèques et au crayon les dates d'encaissements souhaitées, au plus tard le 30/12/2026).</w:t>
      </w:r>
    </w:p>
    <w:p w14:paraId="6A297CB9" w14:textId="77777777" w:rsidR="00291D1C" w:rsidRDefault="00000000">
      <w:pPr>
        <w:spacing w:after="60"/>
        <w:jc w:val="right"/>
      </w:pPr>
      <w:r>
        <w:rPr>
          <w:i/>
          <w:sz w:val="18"/>
        </w:rPr>
        <w:t>(Suite au verso)</w:t>
      </w:r>
    </w:p>
    <w:p w14:paraId="54A2B24D" w14:textId="77777777" w:rsidR="00291D1C" w:rsidRDefault="00000000">
      <w:r>
        <w:br w:type="page"/>
      </w:r>
    </w:p>
    <w:p w14:paraId="009F1FCC" w14:textId="77777777" w:rsidR="00291D1C" w:rsidRPr="00515DDA" w:rsidRDefault="00000000">
      <w:pPr>
        <w:pStyle w:val="Listepuces"/>
        <w:spacing w:after="120"/>
        <w:rPr>
          <w:lang w:val="fr-FR"/>
        </w:rPr>
      </w:pPr>
      <w:r w:rsidRPr="00515DDA">
        <w:rPr>
          <w:lang w:val="fr-FR"/>
        </w:rPr>
        <w:t xml:space="preserve">Je soussigné M. ou Mme ........................................ </w:t>
      </w:r>
      <w:proofErr w:type="gramStart"/>
      <w:r w:rsidRPr="00515DDA">
        <w:rPr>
          <w:lang w:val="fr-FR"/>
        </w:rPr>
        <w:t>accepte</w:t>
      </w:r>
      <w:proofErr w:type="gramEnd"/>
      <w:r w:rsidRPr="00515DDA">
        <w:rPr>
          <w:lang w:val="fr-FR"/>
        </w:rPr>
        <w:t xml:space="preserve"> que les responsables du club autorisent toute intervention médicale et/ou chirurgicale en cas de nécessité. Fournir tout document relatif aux contre-indications médicales et/ou chirurgicales et/ou alimentaires.</w:t>
      </w:r>
    </w:p>
    <w:p w14:paraId="73939731" w14:textId="77777777" w:rsidR="00291D1C" w:rsidRPr="00515DDA" w:rsidRDefault="00000000">
      <w:pPr>
        <w:pStyle w:val="Listepuces"/>
        <w:spacing w:after="120"/>
        <w:rPr>
          <w:lang w:val="fr-FR"/>
        </w:rPr>
      </w:pPr>
      <w:r w:rsidRPr="00515DDA">
        <w:rPr>
          <w:lang w:val="fr-FR"/>
        </w:rPr>
        <w:t>J'autorise également que mon enfant soit transporté, dans le cadre des activités du club (matches, sorties…), dans le véhicule des éducateurs ou des parents accompagnateurs présents.</w:t>
      </w:r>
    </w:p>
    <w:p w14:paraId="001C3AF3" w14:textId="77777777" w:rsidR="00291D1C" w:rsidRPr="00515DDA" w:rsidRDefault="00000000">
      <w:pPr>
        <w:pStyle w:val="Listepuces"/>
        <w:spacing w:after="120"/>
        <w:rPr>
          <w:lang w:val="fr-FR"/>
        </w:rPr>
      </w:pPr>
      <w:r w:rsidRPr="00515DDA">
        <w:rPr>
          <w:lang w:val="fr-FR"/>
        </w:rPr>
        <w:t xml:space="preserve">J'accepte     ou     Je n'accepte pas  </w:t>
      </w:r>
      <w:proofErr w:type="gramStart"/>
      <w:r w:rsidRPr="00515DDA">
        <w:rPr>
          <w:lang w:val="fr-FR"/>
        </w:rPr>
        <w:t xml:space="preserve">   (</w:t>
      </w:r>
      <w:proofErr w:type="gramEnd"/>
      <w:r w:rsidRPr="00515DDA">
        <w:rPr>
          <w:lang w:val="fr-FR"/>
        </w:rPr>
        <w:t>rayer la mention inutile) que mon enfant soit photographié ou filmé à des fins sportives et que ces photos soient utilisées dans le cadre d'articles dans la presse ou sur le site Internet du club.</w:t>
      </w:r>
    </w:p>
    <w:p w14:paraId="560E3CF0" w14:textId="77777777" w:rsidR="00291D1C" w:rsidRPr="00515DDA" w:rsidRDefault="00000000">
      <w:pPr>
        <w:pStyle w:val="Listepuces"/>
        <w:spacing w:after="40"/>
        <w:rPr>
          <w:lang w:val="fr-FR"/>
        </w:rPr>
      </w:pPr>
      <w:r w:rsidRPr="00515DDA">
        <w:rPr>
          <w:lang w:val="fr-FR"/>
        </w:rPr>
        <w:t xml:space="preserve">Le demandeur de la licence </w:t>
      </w:r>
      <w:proofErr w:type="spellStart"/>
      <w:r w:rsidRPr="00515DDA">
        <w:rPr>
          <w:lang w:val="fr-FR"/>
        </w:rPr>
        <w:t>souffre-t'il</w:t>
      </w:r>
      <w:proofErr w:type="spellEnd"/>
      <w:r w:rsidRPr="00515DDA">
        <w:rPr>
          <w:lang w:val="fr-FR"/>
        </w:rPr>
        <w:t xml:space="preserve"> d'allergies, maladies, problèmes de santé ?</w:t>
      </w:r>
    </w:p>
    <w:p w14:paraId="7B44BA06" w14:textId="77777777" w:rsidR="00291D1C" w:rsidRDefault="00000000">
      <w:pPr>
        <w:spacing w:after="40"/>
      </w:pPr>
      <w:r>
        <w:t>....................................................................................................</w:t>
      </w:r>
    </w:p>
    <w:p w14:paraId="16A1638E" w14:textId="77777777" w:rsidR="00291D1C" w:rsidRDefault="00000000">
      <w:pPr>
        <w:spacing w:after="160"/>
      </w:pPr>
      <w:r>
        <w:t>....................................................................................................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200"/>
      </w:tblGrid>
      <w:tr w:rsidR="00291D1C" w14:paraId="4B264E16" w14:textId="77777777">
        <w:tc>
          <w:tcPr>
            <w:tcW w:w="10200" w:type="dxa"/>
          </w:tcPr>
          <w:p w14:paraId="4874FD4D" w14:textId="77777777" w:rsidR="00291D1C" w:rsidRDefault="00000000">
            <w:pPr>
              <w:jc w:val="center"/>
            </w:pPr>
            <w:r>
              <w:rPr>
                <w:b/>
              </w:rPr>
              <w:t>Nouveaux adhérents</w:t>
            </w:r>
          </w:p>
        </w:tc>
      </w:tr>
      <w:tr w:rsidR="00291D1C" w:rsidRPr="00515DDA" w14:paraId="4F797454" w14:textId="77777777">
        <w:tc>
          <w:tcPr>
            <w:tcW w:w="10200" w:type="dxa"/>
          </w:tcPr>
          <w:p w14:paraId="178E770A" w14:textId="77777777" w:rsidR="00291D1C" w:rsidRPr="00515DDA" w:rsidRDefault="00000000">
            <w:pPr>
              <w:rPr>
                <w:lang w:val="fr-FR"/>
              </w:rPr>
            </w:pPr>
            <w:r w:rsidRPr="00515DDA">
              <w:rPr>
                <w:lang w:val="fr-FR"/>
              </w:rPr>
              <w:t>Fournir 1 photo d'identité couleur, 1 photocopie de la carte d'identité ou d'extrait de naissance ou livret de famille et la cotisation.</w:t>
            </w:r>
          </w:p>
        </w:tc>
      </w:tr>
    </w:tbl>
    <w:p w14:paraId="01708F1D" w14:textId="77777777" w:rsidR="00291D1C" w:rsidRPr="00515DDA" w:rsidRDefault="00291D1C">
      <w:pPr>
        <w:spacing w:after="120"/>
        <w:rPr>
          <w:lang w:val="fr-FR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200"/>
      </w:tblGrid>
      <w:tr w:rsidR="00291D1C" w14:paraId="646442FA" w14:textId="77777777">
        <w:tc>
          <w:tcPr>
            <w:tcW w:w="10200" w:type="dxa"/>
          </w:tcPr>
          <w:p w14:paraId="562F01C8" w14:textId="77777777" w:rsidR="00291D1C" w:rsidRDefault="00000000">
            <w:pPr>
              <w:jc w:val="center"/>
            </w:pPr>
            <w:proofErr w:type="spellStart"/>
            <w:r>
              <w:rPr>
                <w:b/>
              </w:rPr>
              <w:t>Renouvellements</w:t>
            </w:r>
            <w:proofErr w:type="spellEnd"/>
          </w:p>
        </w:tc>
      </w:tr>
      <w:tr w:rsidR="00291D1C" w:rsidRPr="00515DDA" w14:paraId="0B8AF261" w14:textId="77777777">
        <w:tc>
          <w:tcPr>
            <w:tcW w:w="10200" w:type="dxa"/>
          </w:tcPr>
          <w:p w14:paraId="756A56A5" w14:textId="77777777" w:rsidR="00291D1C" w:rsidRPr="00515DDA" w:rsidRDefault="00000000">
            <w:pPr>
              <w:rPr>
                <w:lang w:val="fr-FR"/>
              </w:rPr>
            </w:pPr>
            <w:r w:rsidRPr="00515DDA">
              <w:rPr>
                <w:lang w:val="fr-FR"/>
              </w:rPr>
              <w:t>Fournir 1 photo d'identité couleur et la cotisation.</w:t>
            </w:r>
          </w:p>
        </w:tc>
      </w:tr>
    </w:tbl>
    <w:p w14:paraId="6C811F38" w14:textId="77777777" w:rsidR="00291D1C" w:rsidRPr="00515DDA" w:rsidRDefault="00291D1C">
      <w:pPr>
        <w:spacing w:after="120"/>
        <w:rPr>
          <w:lang w:val="fr-FR"/>
        </w:rPr>
      </w:pPr>
    </w:p>
    <w:p w14:paraId="30979916" w14:textId="77777777" w:rsidR="00291D1C" w:rsidRPr="00515DDA" w:rsidRDefault="00000000">
      <w:pPr>
        <w:spacing w:before="80" w:after="160"/>
        <w:rPr>
          <w:lang w:val="fr-FR"/>
        </w:rPr>
      </w:pPr>
      <w:r w:rsidRPr="00515DDA">
        <w:rPr>
          <w:lang w:val="fr-FR"/>
        </w:rPr>
        <w:t xml:space="preserve">Fait à .........................     </w:t>
      </w:r>
      <w:proofErr w:type="gramStart"/>
      <w:r w:rsidRPr="00515DDA">
        <w:rPr>
          <w:lang w:val="fr-FR"/>
        </w:rPr>
        <w:t>le</w:t>
      </w:r>
      <w:proofErr w:type="gramEnd"/>
      <w:r w:rsidRPr="00515DDA">
        <w:rPr>
          <w:lang w:val="fr-FR"/>
        </w:rPr>
        <w:t>....................</w:t>
      </w:r>
    </w:p>
    <w:p w14:paraId="42D8B0A4" w14:textId="77777777" w:rsidR="00291D1C" w:rsidRPr="00515DDA" w:rsidRDefault="00000000">
      <w:pPr>
        <w:spacing w:after="20"/>
        <w:jc w:val="center"/>
        <w:rPr>
          <w:lang w:val="fr-FR"/>
        </w:rPr>
      </w:pPr>
      <w:r w:rsidRPr="00515DDA">
        <w:rPr>
          <w:lang w:val="fr-FR"/>
        </w:rPr>
        <w:t>Signature de l'adhérent(e) (pour les personnes majeures) ou du représentant légal</w:t>
      </w:r>
    </w:p>
    <w:p w14:paraId="0DFD60A4" w14:textId="77777777" w:rsidR="00291D1C" w:rsidRPr="00515DDA" w:rsidRDefault="00000000">
      <w:pPr>
        <w:spacing w:after="40"/>
        <w:jc w:val="center"/>
        <w:rPr>
          <w:lang w:val="fr-FR"/>
        </w:rPr>
      </w:pPr>
      <w:r w:rsidRPr="00515DDA">
        <w:rPr>
          <w:lang w:val="fr-FR"/>
        </w:rPr>
        <w:t>(</w:t>
      </w:r>
      <w:proofErr w:type="gramStart"/>
      <w:r w:rsidRPr="00515DDA">
        <w:rPr>
          <w:lang w:val="fr-FR"/>
        </w:rPr>
        <w:t>précédée</w:t>
      </w:r>
      <w:proofErr w:type="gramEnd"/>
      <w:r w:rsidRPr="00515DDA">
        <w:rPr>
          <w:lang w:val="fr-FR"/>
        </w:rPr>
        <w:t xml:space="preserve"> de la mention « lu et approuvé »)</w:t>
      </w:r>
    </w:p>
    <w:p w14:paraId="4C713DFB" w14:textId="77777777" w:rsidR="00291D1C" w:rsidRPr="00515DDA" w:rsidRDefault="00291D1C">
      <w:pPr>
        <w:spacing w:after="40" w:line="600" w:lineRule="exact"/>
        <w:rPr>
          <w:lang w:val="fr-FR"/>
        </w:rPr>
      </w:pPr>
    </w:p>
    <w:p w14:paraId="2F63AE2F" w14:textId="77777777" w:rsidR="00291D1C" w:rsidRPr="00515DDA" w:rsidRDefault="00000000">
      <w:pPr>
        <w:spacing w:after="20"/>
        <w:jc w:val="center"/>
        <w:rPr>
          <w:lang w:val="fr-FR"/>
        </w:rPr>
      </w:pPr>
      <w:r w:rsidRPr="00515DDA">
        <w:rPr>
          <w:b/>
          <w:lang w:val="fr-FR"/>
        </w:rPr>
        <w:t>Tout dossier incomplet ne sera pas en mesure d'être traité.</w:t>
      </w:r>
    </w:p>
    <w:p w14:paraId="1E1E1F69" w14:textId="77777777" w:rsidR="00291D1C" w:rsidRPr="00515DDA" w:rsidRDefault="00000000">
      <w:pPr>
        <w:spacing w:after="160"/>
        <w:jc w:val="center"/>
        <w:rPr>
          <w:lang w:val="fr-FR"/>
        </w:rPr>
      </w:pPr>
      <w:r w:rsidRPr="00515DDA">
        <w:rPr>
          <w:b/>
          <w:lang w:val="fr-FR"/>
        </w:rPr>
        <w:t>Aucune demande de licence ne sera effectuée sans son règlement.</w:t>
      </w:r>
    </w:p>
    <w:p w14:paraId="04A7CCED" w14:textId="77777777" w:rsidR="00291D1C" w:rsidRPr="00515DDA" w:rsidRDefault="00000000">
      <w:pPr>
        <w:spacing w:after="200"/>
        <w:rPr>
          <w:lang w:val="fr-FR"/>
        </w:rPr>
      </w:pPr>
      <w:r w:rsidRPr="00515DDA">
        <w:rPr>
          <w:i/>
          <w:sz w:val="16"/>
          <w:lang w:val="fr-FR"/>
        </w:rPr>
        <w:t>* Vous disposez d'un droit d'accès, de modification, de rectification et de suppression des données vous concernant (art. 34 de la loi « informatique et liberté »).</w:t>
      </w:r>
    </w:p>
    <w:p w14:paraId="346D420B" w14:textId="77777777" w:rsidR="00291D1C" w:rsidRPr="00515DDA" w:rsidRDefault="00000000">
      <w:pPr>
        <w:spacing w:after="120"/>
        <w:jc w:val="center"/>
        <w:rPr>
          <w:lang w:val="fr-FR"/>
        </w:rPr>
      </w:pPr>
      <w:r w:rsidRPr="00515DDA">
        <w:rPr>
          <w:b/>
          <w:lang w:val="fr-FR"/>
        </w:rPr>
        <w:t>Pour tous renseignements :</w:t>
      </w:r>
    </w:p>
    <w:p w14:paraId="5E8B5E56" w14:textId="77777777" w:rsidR="00291D1C" w:rsidRPr="00515DDA" w:rsidRDefault="00000000">
      <w:pPr>
        <w:spacing w:after="20"/>
        <w:jc w:val="center"/>
        <w:rPr>
          <w:lang w:val="fr-FR"/>
        </w:rPr>
      </w:pPr>
      <w:r w:rsidRPr="00515DDA">
        <w:rPr>
          <w:u w:val="single"/>
          <w:lang w:val="fr-FR"/>
        </w:rPr>
        <w:t>Secrétariat : Stade Municipal Georges Tortora</w:t>
      </w:r>
    </w:p>
    <w:p w14:paraId="23AEE7E1" w14:textId="77777777" w:rsidR="00291D1C" w:rsidRPr="00515DDA" w:rsidRDefault="00000000">
      <w:pPr>
        <w:spacing w:after="120"/>
        <w:jc w:val="center"/>
        <w:rPr>
          <w:lang w:val="fr-FR"/>
        </w:rPr>
      </w:pPr>
      <w:r w:rsidRPr="00515DDA">
        <w:rPr>
          <w:lang w:val="fr-FR"/>
        </w:rPr>
        <w:t>18 Boulevard Maréchal Foch - 95440 ECOUEN</w:t>
      </w:r>
    </w:p>
    <w:p w14:paraId="08026607" w14:textId="77777777" w:rsidR="00291D1C" w:rsidRPr="00515DDA" w:rsidRDefault="00000000">
      <w:pPr>
        <w:spacing w:after="120"/>
        <w:jc w:val="center"/>
        <w:rPr>
          <w:lang w:val="fr-FR"/>
        </w:rPr>
      </w:pPr>
      <w:r w:rsidRPr="00515DDA">
        <w:rPr>
          <w:u w:val="single"/>
          <w:lang w:val="fr-FR"/>
        </w:rPr>
        <w:t xml:space="preserve">Site internet : </w:t>
      </w:r>
      <w:r w:rsidRPr="00515DDA">
        <w:rPr>
          <w:b/>
          <w:lang w:val="fr-FR"/>
        </w:rPr>
        <w:t>www.fcecouen.footeo.com/</w:t>
      </w:r>
    </w:p>
    <w:p w14:paraId="5F10D25D" w14:textId="77777777" w:rsidR="00291D1C" w:rsidRDefault="00000000">
      <w:pPr>
        <w:spacing w:after="60"/>
        <w:jc w:val="center"/>
      </w:pPr>
      <w:proofErr w:type="spellStart"/>
      <w:r>
        <w:t>Téléphone</w:t>
      </w:r>
      <w:proofErr w:type="spellEnd"/>
      <w:r>
        <w:t xml:space="preserve"> </w:t>
      </w:r>
      <w:proofErr w:type="spellStart"/>
      <w:proofErr w:type="gramStart"/>
      <w:r>
        <w:t>Secrétaire</w:t>
      </w:r>
      <w:proofErr w:type="spellEnd"/>
      <w:r>
        <w:t xml:space="preserve"> :</w:t>
      </w:r>
      <w:proofErr w:type="gramEnd"/>
      <w:r>
        <w:t xml:space="preserve"> 06.84.38.95.88</w:t>
      </w:r>
    </w:p>
    <w:sectPr w:rsidR="00291D1C" w:rsidSect="00034616">
      <w:pgSz w:w="12240" w:h="15840"/>
      <w:pgMar w:top="680" w:right="1020" w:bottom="68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65631836">
    <w:abstractNumId w:val="8"/>
  </w:num>
  <w:num w:numId="2" w16cid:durableId="903298414">
    <w:abstractNumId w:val="6"/>
  </w:num>
  <w:num w:numId="3" w16cid:durableId="903874923">
    <w:abstractNumId w:val="5"/>
  </w:num>
  <w:num w:numId="4" w16cid:durableId="649555202">
    <w:abstractNumId w:val="4"/>
  </w:num>
  <w:num w:numId="5" w16cid:durableId="238367600">
    <w:abstractNumId w:val="7"/>
  </w:num>
  <w:num w:numId="6" w16cid:durableId="2143376374">
    <w:abstractNumId w:val="3"/>
  </w:num>
  <w:num w:numId="7" w16cid:durableId="1650327906">
    <w:abstractNumId w:val="2"/>
  </w:num>
  <w:num w:numId="8" w16cid:durableId="2140610801">
    <w:abstractNumId w:val="1"/>
  </w:num>
  <w:num w:numId="9" w16cid:durableId="923600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9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1D1C"/>
    <w:rsid w:val="0029639D"/>
    <w:rsid w:val="00326F90"/>
    <w:rsid w:val="00515DDA"/>
    <w:rsid w:val="008A67C5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53C7DB8"/>
  <w14:defaultImageDpi w14:val="300"/>
  <w15:docId w15:val="{8764057B-7C5B-447C-AF5F-364DC82E8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Times New Roman" w:hAnsi="Times New Roman"/>
      <w:sz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502</Words>
  <Characters>2765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3261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Joseph YABAS</cp:lastModifiedBy>
  <cp:revision>2</cp:revision>
  <dcterms:created xsi:type="dcterms:W3CDTF">2013-12-23T23:15:00Z</dcterms:created>
  <dcterms:modified xsi:type="dcterms:W3CDTF">2026-09-09T07:28:00Z</dcterms:modified>
  <cp:category/>
</cp:coreProperties>
</file>